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NOMBRAMIENTO DE RECURSO PREVENTIVO</w:t>
      </w:r>
    </w:p>
    <w:p/>
    <w:p>
      <w:r>
        <w:rPr>
          <w:b/>
          <w:sz w:val="20"/>
        </w:rPr>
        <w:t>En la empresa: ____________________________________________________________</w:t>
      </w:r>
    </w:p>
    <w:p>
      <w:r>
        <w:rPr>
          <w:b w:val="0"/>
          <w:sz w:val="20"/>
        </w:rPr>
        <w:t>Con domicilio social en: ___________________________________________________</w:t>
      </w:r>
    </w:p>
    <w:p>
      <w:r>
        <w:rPr>
          <w:b w:val="0"/>
          <w:sz w:val="20"/>
        </w:rPr>
        <w:t>NIF: _____________________________________________________________________</w:t>
      </w:r>
    </w:p>
    <w:p/>
    <w:p>
      <w:r>
        <w:rPr>
          <w:b/>
          <w:sz w:val="20"/>
        </w:rPr>
        <w:t>De conformidad con lo establecido en el artículo 35 de la Ley 31/1995, de 8 de noviembre, de Prevención de Riesgos Laborales,</w:t>
      </w:r>
    </w:p>
    <w:p>
      <w:r>
        <w:rPr>
          <w:b w:val="0"/>
          <w:sz w:val="20"/>
        </w:rPr>
        <w:t>y en el marco del sistema de prevención adoptado por la empresa, se procede al nombramiento del Recurso Preventivo, de acuerdo con las siguientes condiciones:</w:t>
      </w:r>
    </w:p>
    <w:p/>
    <w:p>
      <w:r>
        <w:rPr>
          <w:b/>
          <w:sz w:val="20"/>
        </w:rPr>
        <w:t>DATOS DEL RECURSO PREVENTIVO:</w:t>
      </w:r>
    </w:p>
    <w:p>
      <w:r>
        <w:rPr>
          <w:b w:val="0"/>
          <w:sz w:val="20"/>
        </w:rPr>
        <w:t>Nombre y Apellidos : ____________________________________________________</w:t>
      </w:r>
    </w:p>
    <w:p>
      <w:r>
        <w:rPr>
          <w:b w:val="0"/>
          <w:sz w:val="20"/>
        </w:rPr>
        <w:t>DNI/NIE : _______________________________________________________________</w:t>
      </w:r>
    </w:p>
    <w:p>
      <w:r>
        <w:rPr>
          <w:b w:val="0"/>
          <w:sz w:val="20"/>
        </w:rPr>
        <w:t>Puesto de trabajo : ______________________________________________________</w:t>
      </w:r>
    </w:p>
    <w:p>
      <w:r>
        <w:rPr>
          <w:b w:val="0"/>
          <w:sz w:val="20"/>
        </w:rPr>
        <w:t>Departamento/Sección : _________________________________________________</w:t>
      </w:r>
    </w:p>
    <w:p/>
    <w:p>
      <w:r>
        <w:rPr>
          <w:b/>
          <w:sz w:val="20"/>
        </w:rPr>
        <w:t>FUNCIONES Y RESPONSABILIDADES:</w:t>
      </w:r>
    </w:p>
    <w:p>
      <w:r>
        <w:rPr>
          <w:b w:val="0"/>
          <w:sz w:val="20"/>
        </w:rPr>
        <w:t>El Recurso Preventivo tendrá las siguientes funciones y responsabilidades, sin perjuicio de otras que se le puedan asignar:</w:t>
      </w:r>
    </w:p>
    <w:p>
      <w:r>
        <w:rPr>
          <w:b w:val="0"/>
          <w:sz w:val="20"/>
        </w:rPr>
        <w:t>- Colaborar con el Servicio de Prevención en la vigilancia y control de las condiciones de trabajo.</w:t>
      </w:r>
    </w:p>
    <w:p>
      <w:r>
        <w:rPr>
          <w:b w:val="0"/>
          <w:sz w:val="20"/>
        </w:rPr>
        <w:t>- Participar en la implantación y desarrollo de medidas de prevención y protección en el centro de trabajo.</w:t>
      </w:r>
    </w:p>
    <w:p>
      <w:r>
        <w:rPr>
          <w:b w:val="0"/>
          <w:sz w:val="20"/>
        </w:rPr>
        <w:t>- Informar y asesorar a los trabajadores sobre riesgos y medidas preventivas.</w:t>
      </w:r>
    </w:p>
    <w:p>
      <w:r>
        <w:rPr>
          <w:b w:val="0"/>
          <w:sz w:val="20"/>
        </w:rPr>
        <w:t>- Promover el cumplimiento de la normativa de prevención de riesgos laborales.</w:t>
      </w:r>
    </w:p>
    <w:p>
      <w:r>
        <w:rPr>
          <w:b w:val="0"/>
          <w:sz w:val="20"/>
        </w:rPr>
        <w:t>- En caso de emergencia, colaborar en la organización y ejecución de las medidas de protección y auxilio.</w:t>
      </w:r>
    </w:p>
    <w:p/>
    <w:p>
      <w:r>
        <w:rPr>
          <w:b/>
          <w:sz w:val="20"/>
        </w:rPr>
        <w:t>DURACIÓN DEL NOMBRAMIENTO:</w:t>
      </w:r>
    </w:p>
    <w:p>
      <w:r>
        <w:rPr>
          <w:b w:val="0"/>
          <w:sz w:val="20"/>
        </w:rPr>
        <w:t>El presente nombramiento tendrá la vigencia establecida por la empresa, pudiendo ser revocado o sustituido en cualquier momento.</w:t>
      </w:r>
    </w:p>
    <w:p/>
    <w:p>
      <w:r>
        <w:rPr>
          <w:b/>
          <w:sz w:val="20"/>
        </w:rPr>
        <w:t>RECONOCIMIENTO Y ACEPTACIÓN:</w:t>
      </w:r>
    </w:p>
    <w:p>
      <w:r>
        <w:rPr>
          <w:b w:val="0"/>
          <w:sz w:val="20"/>
        </w:rPr>
        <w:t>El Recurso Preventivo designado acepta expresamente el cargo, comprometiéndose a desempeñar sus funciones conforme a la legislación vigente y a las instrucciones que reciba de la empresa.</w:t>
      </w:r>
    </w:p>
    <w:p/>
    <w:p/>
    <w:p>
      <w:r>
        <w:rPr>
          <w:b w:val="0"/>
          <w:sz w:val="20"/>
        </w:rPr>
        <w:t>En ________________, a ____ de ________________ de 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POR LA EMPRESA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RECURSO PREVENTIVO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https://lex-penal.com/nombramiento-recurso-preventivo/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https://lex-penal.com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lex-penal.com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penal.com/nombramiento-recurso-preventivo/" TargetMode="External"/><Relationship Id="rId10" Type="http://schemas.openxmlformats.org/officeDocument/2006/relationships/hyperlink" Target="https://lex-pena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