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SOLICITUD DE TESTIMONIO DE ACTUACIONES JUDICIALES</w:t>
      </w:r>
    </w:p>
    <w:p/>
    <w:p/>
    <w:p>
      <w:r>
        <w:rPr>
          <w:b/>
          <w:sz w:val="20"/>
        </w:rPr>
        <w:t>AL JUZGADO DE PRIMERA INSTANCIA QUE POR TURNO CORRESPONDA:</w:t>
      </w:r>
    </w:p>
    <w:p/>
    <w:p>
      <w:r>
        <w:rPr>
          <w:b w:val="0"/>
          <w:sz w:val="20"/>
        </w:rPr>
        <w:t>D./Dña. ________________________________________________________, mayor de edad, con DNI núm. ____________________, y domicilio a efectos de notificaciones en ________________________________________________________________, ante el Juzgado comparezco y, como mejor proceda en Derecho, DIGO:</w:t>
      </w:r>
    </w:p>
    <w:p/>
    <w:p>
      <w:r>
        <w:rPr>
          <w:b w:val="0"/>
          <w:sz w:val="20"/>
        </w:rPr>
        <w:t>Que, en virtud de la presente solicitud, y conforme a lo dispuesto en los artículos correspondientes a la Ley de Enjuiciamiento Civil, solicito que se me expida testimonio de las actuaciones judiciales relativas al procedimiento con número de referencia _______________, seguido ante este Juzgado, con el fin de _______________________________________________________________.</w:t>
      </w:r>
    </w:p>
    <w:p/>
    <w:p>
      <w:r>
        <w:rPr>
          <w:b/>
          <w:sz w:val="20"/>
        </w:rPr>
        <w:t>FUNDAMENTOS DE DERECHO</w:t>
      </w:r>
    </w:p>
    <w:p/>
    <w:p>
      <w:r>
        <w:rPr>
          <w:b w:val="0"/>
          <w:sz w:val="20"/>
        </w:rPr>
        <w:t>I. Competencia y legitimación.</w:t>
      </w:r>
    </w:p>
    <w:p>
      <w:r>
        <w:rPr>
          <w:b w:val="0"/>
          <w:sz w:val="20"/>
        </w:rPr>
        <w:t>Este Juzgado es competente para la expedición del testimonio solicitado, conforme a lo establecido en los artículos 237 y siguientes de la Ley de Enjuiciamiento Civil.</w:t>
      </w:r>
    </w:p>
    <w:p/>
    <w:p>
      <w:r>
        <w:rPr>
          <w:b w:val="0"/>
          <w:sz w:val="20"/>
        </w:rPr>
        <w:t>II. Derecho a la obtención de copia y testimonio.</w:t>
      </w:r>
    </w:p>
    <w:p>
      <w:r>
        <w:rPr>
          <w:b w:val="0"/>
          <w:sz w:val="20"/>
        </w:rPr>
        <w:t>Como parte interesada en el procedimiento, ostento el derecho reconocido en el artículo 237 de la Ley de Enjuiciamiento Civil de obtener copia auténtica y testimonio de las actuaciones.</w:t>
      </w:r>
    </w:p>
    <w:p/>
    <w:p>
      <w:r>
        <w:rPr>
          <w:b w:val="0"/>
          <w:sz w:val="20"/>
        </w:rPr>
        <w:t>Por todo ello, SUPLICO AL JUZGADO que, teniendo por presentado este escrito, se sirva admitirlo, y en su virtud, se expida testimonio de las actuaciones judiciales indicadas, conforme a lo solicitado.</w:t>
      </w:r>
    </w:p>
    <w:p/>
    <w:p/>
    <w:p>
      <w:r>
        <w:rPr>
          <w:b w:val="0"/>
          <w:sz w:val="20"/>
        </w:rPr>
        <w:t>En ________________________________, a ____ de ____________________ de ______.</w:t>
      </w:r>
    </w:p>
    <w:p/>
    <w:p/>
    <w:p/>
    <w:p>
      <w:r>
        <w:rPr>
          <w:b/>
          <w:sz w:val="20"/>
        </w:rPr>
        <w:t>Firma:</w:t>
      </w:r>
    </w:p>
    <w:p>
      <w:r>
        <w:rPr>
          <w:b w:val="0"/>
          <w:sz w:val="20"/>
        </w:rPr>
        <w:t>____________________________________</w:t>
      </w:r>
    </w:p>
    <w:p/>
    <w:p/>
    <w:p>
      <w:r>
        <w:rPr>
          <w:b/>
          <w:sz w:val="20"/>
        </w:rPr>
        <w:t>Abogado:</w:t>
      </w:r>
    </w:p>
    <w:p>
      <w:r>
        <w:rPr>
          <w:b w:val="0"/>
          <w:sz w:val="20"/>
        </w:rPr>
        <w:t>Nombre y apellidos: ______________________________________________</w:t>
      </w:r>
    </w:p>
    <w:p>
      <w:r>
        <w:rPr>
          <w:b w:val="0"/>
          <w:sz w:val="20"/>
        </w:rPr>
        <w:t>Colegiado nº: ___________________________________________________</w:t>
      </w:r>
    </w:p>
    <w:p/>
    <w:p>
      <w:r>
        <w:rPr>
          <w:b/>
          <w:sz w:val="20"/>
        </w:rPr>
        <w:t>Procurador:</w:t>
      </w:r>
    </w:p>
    <w:p>
      <w:r>
        <w:rPr>
          <w:b w:val="0"/>
          <w:sz w:val="20"/>
        </w:rPr>
        <w:t>Nombre y apellidos: ______________________________________________</w:t>
      </w:r>
    </w:p>
    <w:p>
      <w:r>
        <w:rPr>
          <w:b w:val="0"/>
          <w:sz w:val="20"/>
        </w:rPr>
        <w:t>Colegiado nº: 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SOLICITANTE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JUZGADO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Sello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Fecha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https://lex-penal.com/modelo-solicitud-testimonio-actuaciones-judiciales/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https://lex-penal.com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lex-penal.com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penal.com/modelo-solicitud-testimonio-actuaciones-judiciales/" TargetMode="External"/><Relationship Id="rId10" Type="http://schemas.openxmlformats.org/officeDocument/2006/relationships/hyperlink" Target="https://lex-pen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