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PARA LA GRABACIÓN DE CONVERSACIÓN TELEFÓNICA</w:t>
      </w:r>
    </w:p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Apellidos: _________________________________________________________</w:t>
      </w:r>
    </w:p>
    <w:p>
      <w:r>
        <w:rPr>
          <w:b w:val="0"/>
          <w:sz w:val="20"/>
        </w:rPr>
        <w:t>NIF / DNI: _______________________________________________________________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_________________________________________________________________</w:t>
      </w:r>
    </w:p>
    <w:p>
      <w:r>
        <w:rPr>
          <w:b w:val="0"/>
          <w:sz w:val="20"/>
        </w:rPr>
        <w:t>Teléfono de contacto: ______________________________________________________</w:t>
      </w:r>
    </w:p>
    <w:p/>
    <w:p>
      <w:r>
        <w:rPr>
          <w:b/>
          <w:sz w:val="20"/>
        </w:rPr>
        <w:t>Datos de la Grabación Solicitada:</w:t>
      </w:r>
    </w:p>
    <w:p>
      <w:r>
        <w:rPr>
          <w:b w:val="0"/>
          <w:sz w:val="20"/>
        </w:rPr>
        <w:t>Fecha aproximada de la conversación: ________________________________________</w:t>
      </w:r>
    </w:p>
    <w:p>
      <w:r>
        <w:rPr>
          <w:b w:val="0"/>
          <w:sz w:val="20"/>
        </w:rPr>
        <w:t>Número de teléfono/s desde/hacia los que se realizó la llamada: ______________</w:t>
      </w:r>
    </w:p>
    <w:p>
      <w:r>
        <w:rPr>
          <w:b w:val="0"/>
          <w:sz w:val="20"/>
        </w:rPr>
        <w:t>Duración aproximada de la llamada: __________________________________________</w:t>
      </w:r>
    </w:p>
    <w:p>
      <w:r>
        <w:rPr>
          <w:b w:val="0"/>
          <w:sz w:val="20"/>
        </w:rPr>
        <w:t>Motivo de la solicitud de grabación: _________________________________________</w:t>
      </w:r>
    </w:p>
    <w:p/>
    <w:p>
      <w:r>
        <w:rPr>
          <w:b/>
          <w:sz w:val="20"/>
        </w:rPr>
        <w:t>Fundamento Jurídico y Solicitud:</w:t>
      </w:r>
    </w:p>
    <w:p>
      <w:r>
        <w:rPr>
          <w:b w:val="0"/>
          <w:sz w:val="20"/>
        </w:rPr>
        <w:t>En virtud de lo establecido en el artículo 18 de la Constitución Española y conforme a lo dispuesto en la Ley Orgánica 3/2018, de Protección de Datos Personales y garantía de los derechos digitales, solicito formalmente la grabación y entrega del contenido íntegro de la conversación telefónica mantenida en la fecha y entre los números indicados anteriormente.</w:t>
      </w:r>
    </w:p>
    <w:p/>
    <w:p>
      <w:r>
        <w:rPr>
          <w:b w:val="0"/>
          <w:sz w:val="20"/>
        </w:rPr>
        <w:t>Asimismo, requiero que se garantice la confidencialidad y el tratamiento adecuado de los datos grabados, respetando el derecho a la intimidad y protección de datos conforme a la normativa vigente.</w:t>
      </w:r>
    </w:p>
    <w:p/>
    <w:p>
      <w:r>
        <w:rPr>
          <w:b/>
          <w:sz w:val="20"/>
        </w:rPr>
        <w:t>Declaración y Firma:</w:t>
      </w:r>
    </w:p>
    <w:p>
      <w:r>
        <w:rPr>
          <w:b w:val="0"/>
          <w:sz w:val="20"/>
        </w:rPr>
        <w:t>Declaro que la información facilitada en esta solicitud es veraz y completa, y que la grabación solicitada será utilizada únicamente para los fines legales que correspondan.</w:t>
      </w:r>
    </w:p>
    <w:p/>
    <w:p/>
    <w:p>
      <w:r>
        <w:rPr>
          <w:b w:val="0"/>
          <w:sz w:val="20"/>
        </w:rPr>
        <w:t>Lugar: _____________________________________________</w:t>
      </w:r>
    </w:p>
    <w:p>
      <w:r>
        <w:rPr>
          <w:b w:val="0"/>
          <w:sz w:val="20"/>
        </w:rPr>
        <w:t>Fecha: _____________________________________________</w:t>
      </w:r>
    </w:p>
    <w:p/>
    <w:p/>
    <w:p>
      <w:r>
        <w:rPr>
          <w:b w:val="0"/>
          <w:sz w:val="20"/>
        </w:rPr>
        <w:t>Firma: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NIF / DNI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Fecha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https://lex-penal.com/modelo-solicitud-grabacion-telefonica/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modelo-solicitud-grabacion-telefonica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