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RECURSO DE APELACIÓN PENAL POR ERROR EN LA VALORACIÓN DE LA PRUEBA</w:t>
      </w:r>
    </w:p>
    <w:p/>
    <w:p/>
    <w:p>
      <w:r>
        <w:rPr>
          <w:b w:val="0"/>
          <w:sz w:val="20"/>
        </w:rPr>
        <w:t>AL JUZGADO DE INSTRUCCIÓN / AUDIENCIA PROVINCIAL QUE CONSTE</w:t>
      </w:r>
    </w:p>
    <w:p/>
    <w:p>
      <w:r>
        <w:rPr>
          <w:b/>
          <w:sz w:val="20"/>
        </w:rPr>
        <w:t>DATOS DEL RECURRENTE:</w:t>
      </w:r>
    </w:p>
    <w:p>
      <w:r>
        <w:rPr>
          <w:b w:val="0"/>
          <w:sz w:val="20"/>
        </w:rPr>
        <w:t>Nombre y Apellidos: _________________________________________________</w:t>
      </w:r>
    </w:p>
    <w:p>
      <w:r>
        <w:rPr>
          <w:b w:val="0"/>
          <w:sz w:val="20"/>
        </w:rPr>
        <w:t>DNI/NIE: ____________________________________________________________</w:t>
      </w:r>
    </w:p>
    <w:p>
      <w:r>
        <w:rPr>
          <w:b w:val="0"/>
          <w:sz w:val="20"/>
        </w:rPr>
        <w:t>Domicilio a efectos de notificaciones: ________________________________</w:t>
      </w:r>
    </w:p>
    <w:p>
      <w:r>
        <w:rPr>
          <w:b w:val="0"/>
          <w:sz w:val="20"/>
        </w:rPr>
        <w:t>Teléfono: ___________________________________________________________</w:t>
      </w:r>
    </w:p>
    <w:p/>
    <w:p>
      <w:r>
        <w:rPr>
          <w:b/>
          <w:sz w:val="20"/>
        </w:rPr>
        <w:t>DATOS DEL PROCEDIMIENTO:</w:t>
      </w:r>
    </w:p>
    <w:p>
      <w:r>
        <w:rPr>
          <w:b w:val="0"/>
          <w:sz w:val="20"/>
        </w:rPr>
        <w:t>Número de procedimiento: ____________________________________________</w:t>
      </w:r>
    </w:p>
    <w:p>
      <w:r>
        <w:rPr>
          <w:b w:val="0"/>
          <w:sz w:val="20"/>
        </w:rPr>
        <w:t>Órgano judicial: _____________________________________________________</w:t>
      </w:r>
    </w:p>
    <w:p>
      <w:r>
        <w:rPr>
          <w:b w:val="0"/>
          <w:sz w:val="20"/>
        </w:rPr>
        <w:t>Sentencia o resolución recurrida: ____________________________________</w:t>
      </w:r>
    </w:p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Que, mediante el presente escrito y dentro del plazo legal establecido, interpone recurso de apelación contra la sentencia o resolución indicada, por error en la valoración de la prueba practicada en el procedimiento.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Primero: La valoración errónea de la prueba se basa en la incorrecta interpretación de los hechos probados, lo que ha generado una conclusión judicial manifiestamente contraria a la realidad y a la evidencia aportada durante el proceso.</w:t>
      </w:r>
    </w:p>
    <w:p/>
    <w:p>
      <w:r>
        <w:rPr>
          <w:b w:val="0"/>
          <w:sz w:val="20"/>
        </w:rPr>
        <w:t>Segundo: Conforme a lo dispuesto en los artículos 767 y siguientes de la Ley de Enjuiciamiento Criminal, el Tribunal debe analizar en profundidad la prueba practicada, valorando con objetividad y razonabilidad todas las manifestaciones, informes y documentos presentados.</w:t>
      </w:r>
    </w:p>
    <w:p/>
    <w:p>
      <w:r>
        <w:rPr>
          <w:b w:val="0"/>
          <w:sz w:val="20"/>
        </w:rPr>
        <w:t>Tercero: La valoración sesgada o parcial de la prueba afecta directamente al derecho a la tutela judicial efectiva y al principio de presunción de inocencia, consagrados en los artículos 24 y 24.2 de la Constitución Española.</w:t>
      </w:r>
    </w:p>
    <w:p/>
    <w:p>
      <w:r>
        <w:rPr>
          <w:b w:val="0"/>
          <w:sz w:val="20"/>
        </w:rPr>
        <w:t>Por todo ello, se solicita que se revoque la resolución impugnada y se dicte una nueva resolución ajustada a Derecho, corrigiendo el error en la valoración de la prueba.</w:t>
      </w:r>
    </w:p>
    <w:p/>
    <w:p>
      <w:r>
        <w:rPr>
          <w:b/>
          <w:sz w:val="20"/>
        </w:rPr>
        <w:t>POR TODO ELLO, SUPLICO AL TRIBUNAL:</w:t>
      </w:r>
    </w:p>
    <w:p>
      <w:r>
        <w:rPr>
          <w:b w:val="0"/>
          <w:sz w:val="20"/>
        </w:rPr>
        <w:t>Que tenga por presentado este escrito de recurso de apelación, se sirva admitirlo, y en su virtud, se revoque la sentencia o resolución dictada y se dicte otra conforme a Derecho, corrigiendo el error en la valoración de la prueba.</w:t>
      </w:r>
    </w:p>
    <w:p/>
    <w:p/>
    <w:p>
      <w:r>
        <w:rPr>
          <w:b w:val="0"/>
          <w:sz w:val="20"/>
        </w:rPr>
        <w:t>Lugar y firma: 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Firmado por el Recurrente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Firmado por el Letrado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https://lex-penal.com/modelo-recurso-apelacion-penal-error-valoracion-prueba/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modelo-recurso-apelacion-penal-error-valoracion-prueba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