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ESCRITO DE SOLICITUD DE SUSPENSIÓN EXTRAORDINARIA DE PENA</w:t>
      </w:r>
    </w:p>
    <w:p/>
    <w:p/>
    <w:p>
      <w:r>
        <w:rPr>
          <w:b/>
          <w:sz w:val="20"/>
        </w:rPr>
        <w:t>AL JUZGADO DE INSTRUCCIÓN QUE POR TURNO CORRESPONDA</w:t>
      </w:r>
    </w:p>
    <w:p/>
    <w:p>
      <w:r>
        <w:rPr>
          <w:b w:val="0"/>
          <w:sz w:val="20"/>
        </w:rPr>
        <w:t>D./Dña. ____________________________________________________________, mayor de edad, con DNI/NIE nº ____________________, y domicilio a efectos de notificaciones en ________________________________________________, ante el Juzgado comparezco y, como mejor proceda en Derecho, DIGO:</w:t>
      </w:r>
    </w:p>
    <w:p/>
    <w:p>
      <w:r>
        <w:rPr>
          <w:b w:val="0"/>
          <w:sz w:val="20"/>
        </w:rPr>
        <w:t>PRIMERO.- Que en procedimiento penal seguido bajo el número de diligencias previas ___________, se me ha impuesto la pena de _____________________________________________________________.</w:t>
      </w:r>
    </w:p>
    <w:p/>
    <w:p>
      <w:r>
        <w:rPr>
          <w:b w:val="0"/>
          <w:sz w:val="20"/>
        </w:rPr>
        <w:t>SEGUNDO.- Que concurren circunstancias excepcionales que justifican la suspensión extraordinaria de la pena impuesta, conforme a lo previsto en el artículo 80.4 del Código Penal, tales como:</w:t>
      </w:r>
    </w:p>
    <w:p>
      <w:r>
        <w:rPr>
          <w:b w:val="0"/>
          <w:sz w:val="20"/>
        </w:rPr>
        <w:t>• Estado grave de salud que imposibilita o dificulta gravemente la ejecución de la pena.</w:t>
      </w:r>
    </w:p>
    <w:p>
      <w:r>
        <w:rPr>
          <w:b w:val="0"/>
          <w:sz w:val="20"/>
        </w:rPr>
        <w:t>• Edad avanzada.</w:t>
      </w:r>
    </w:p>
    <w:p>
      <w:r>
        <w:rPr>
          <w:b w:val="0"/>
          <w:sz w:val="20"/>
        </w:rPr>
        <w:t>• Carga familiar o de dependencia que requiere mi atención directa.</w:t>
      </w:r>
    </w:p>
    <w:p>
      <w:r>
        <w:rPr>
          <w:b w:val="0"/>
          <w:sz w:val="20"/>
        </w:rPr>
        <w:t>• Otras circunstancias de carácter humanitario o social que justifiquen la suspensión.</w:t>
      </w:r>
    </w:p>
    <w:p/>
    <w:p>
      <w:r>
        <w:rPr>
          <w:b/>
          <w:sz w:val="20"/>
        </w:rPr>
        <w:t>FUNDAMENTOS DE DERECHO</w:t>
      </w:r>
    </w:p>
    <w:p>
      <w:r>
        <w:rPr>
          <w:b w:val="0"/>
          <w:sz w:val="20"/>
        </w:rPr>
        <w:t>I. Competencia. Conforme a lo dispuesto en el artículo 80.4 del Código Penal, corresponde al Juzgado de Instrucción la tramitación de la suspensión extraordinaria de pena.</w:t>
      </w:r>
    </w:p>
    <w:p>
      <w:r>
        <w:rPr>
          <w:b w:val="0"/>
          <w:sz w:val="20"/>
        </w:rPr>
        <w:t>II. Legitimación. Soy parte afectada por la resolución que impuso la pena, y por tanto legitimado para solicitar su suspensión.</w:t>
      </w:r>
    </w:p>
    <w:p>
      <w:r>
        <w:rPr>
          <w:b w:val="0"/>
          <w:sz w:val="20"/>
        </w:rPr>
        <w:t>III. Procedimiento. La presente solicitud se formula conforme a lo establecido en la Ley de Enjuiciamiento Criminal y demás normativa aplicable.</w:t>
      </w:r>
    </w:p>
    <w:p/>
    <w:p>
      <w:r>
        <w:rPr>
          <w:b w:val="0"/>
          <w:sz w:val="20"/>
        </w:rPr>
        <w:t>Por todo lo expuesto,</w:t>
      </w:r>
    </w:p>
    <w:p>
      <w:r>
        <w:rPr>
          <w:b w:val="0"/>
          <w:sz w:val="20"/>
        </w:rPr>
        <w:t>SOLICITO al Juzgado que, teniendo por presentado este escrito, se sirva admitirlo y, previos los trámites legales oportunos, tenga por formulada solicitud de suspensión extraordinaria de la pena impuesta, acordando la suspensión conforme a derecho y en atención a las circunstancias excepcionales concurrentes.</w:t>
      </w:r>
    </w:p>
    <w:p/>
    <w:p>
      <w:r>
        <w:rPr>
          <w:b w:val="0"/>
          <w:sz w:val="20"/>
        </w:rPr>
        <w:t>OTROSÍ DIGO que para acreditar las circunstancias alegadas se acompañan los siguientes documentos:</w:t>
      </w:r>
    </w:p>
    <w:p>
      <w:r>
        <w:rPr>
          <w:b w:val="0"/>
          <w:sz w:val="20"/>
        </w:rPr>
        <w:t>1. Informes médicos actualizados.</w:t>
      </w:r>
    </w:p>
    <w:p>
      <w:r>
        <w:rPr>
          <w:b w:val="0"/>
          <w:sz w:val="20"/>
        </w:rPr>
        <w:t>2. Documentación acreditativa de la situación familiar y social.</w:t>
      </w:r>
    </w:p>
    <w:p>
      <w:r>
        <w:rPr>
          <w:b w:val="0"/>
          <w:sz w:val="20"/>
        </w:rPr>
        <w:t>3. Cualquier otra prueba que se considere pertinente.</w:t>
      </w:r>
    </w:p>
    <w:p/>
    <w:p/>
    <w:p>
      <w:r>
        <w:rPr>
          <w:b w:val="0"/>
          <w:sz w:val="20"/>
        </w:rPr>
        <w:t>En ___________________________, a ____ de _______________________ de 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FIRMANTE</w:t>
            </w:r>
          </w:p>
        </w:tc>
        <w:tc>
          <w:tcPr>
            <w:tcW w:type="dxa" w:w="4986"/>
            <w:tcBorders>
              <w:top w:val="nil"/>
              <w:left w:val="nil"/>
              <w:bottom w:val="nil"/>
              <w:right w:val="nil"/>
              <w:insideH w:val="nil"/>
              <w:insideV w:val="nil"/>
            </w:tcBorders>
          </w:tcPr>
          <w:p>
            <w:pPr>
              <w:jc w:val="center"/>
            </w:pPr>
            <w:r>
              <w:t>ABOGADO</w:t>
            </w:r>
          </w:p>
        </w:tc>
      </w:tr>
      <w:tr>
        <w:tc>
          <w:tcPr>
            <w:tcW w:type="dxa" w:w="4986"/>
            <w:tcBorders>
              <w:top w:val="nil"/>
              <w:left w:val="nil"/>
              <w:bottom w:val="nil"/>
              <w:right w:val="nil"/>
              <w:insideH w:val="nil"/>
              <w:insideV w:val="nil"/>
            </w:tcBorders>
          </w:tcPr>
          <w:p>
            <w:pPr>
              <w:jc w:val="center"/>
            </w:pPr>
            <w:r>
              <w:br/>
              <w:br/>
              <w:t>Firma: __________________________</w:t>
            </w:r>
          </w:p>
        </w:tc>
        <w:tc>
          <w:tcPr>
            <w:tcW w:type="dxa" w:w="4986"/>
            <w:tcBorders>
              <w:top w:val="nil"/>
              <w:left w:val="nil"/>
              <w:bottom w:val="nil"/>
              <w:right w:val="nil"/>
              <w:insideH w:val="nil"/>
              <w:insideV w:val="nil"/>
            </w:tcBorders>
          </w:tcPr>
          <w:p>
            <w:pPr>
              <w:jc w:val="center"/>
            </w:pPr>
            <w:r>
              <w:br/>
              <w:br/>
              <w:t>Firma: __________________________</w:t>
            </w:r>
          </w:p>
        </w:tc>
      </w:tr>
      <w:tr>
        <w:tc>
          <w:tcPr>
            <w:tcW w:type="dxa" w:w="4986"/>
            <w:tcBorders>
              <w:top w:val="nil"/>
              <w:left w:val="nil"/>
              <w:bottom w:val="nil"/>
              <w:right w:val="nil"/>
              <w:insideH w:val="nil"/>
              <w:insideV w:val="nil"/>
            </w:tcBorders>
          </w:tcPr>
          <w:p>
            <w:pPr>
              <w:jc w:val="center"/>
            </w:pPr>
            <w:r>
              <w:t>Nombre: _________________________</w:t>
            </w:r>
          </w:p>
        </w:tc>
        <w:tc>
          <w:tcPr>
            <w:tcW w:type="dxa" w:w="4986"/>
            <w:tcBorders>
              <w:top w:val="nil"/>
              <w:left w:val="nil"/>
              <w:bottom w:val="nil"/>
              <w:right w:val="nil"/>
              <w:insideH w:val="nil"/>
              <w:insideV w:val="nil"/>
            </w:tcBorders>
          </w:tcPr>
          <w:p>
            <w:pPr>
              <w:jc w:val="center"/>
            </w:pPr>
            <w:r>
              <w:t>Nombre: 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https://lex-penal.com/modelo-escrito-solicitud-suspension-extraordinaria-pena/</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https://lex-penal.com</w:t>
        </w:r>
      </w:hyperlink>
    </w:p>
    <w:p>
      <w:pPr>
        <w:jc w:val="center"/>
      </w:pPr>
      <w:r>
        <w:rPr>
          <w:color w:val="808080"/>
          <w:sz w:val="20"/>
        </w:rPr>
        <w:t>Esta plantilla está destinada exclusivamente para uso personal y no comercial.</w:t>
        <w:br/>
        <w:t>En caso de distribución o publicación, es obligatorio mencionar la fuente. © lex-penal.com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penal.com/modelo-escrito-solicitud-suspension-extraordinaria-pena/" TargetMode="External"/><Relationship Id="rId10" Type="http://schemas.openxmlformats.org/officeDocument/2006/relationships/hyperlink" Target="https://lex-pe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