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ESCRITO DE RENUNCIA A LA ACUSACIÓN PARTICULAR</w:t>
      </w:r>
    </w:p>
    <w:p/>
    <w:p/>
    <w:p>
      <w:pPr>
        <w:jc w:val="center"/>
      </w:pPr>
      <w:r>
        <w:rPr>
          <w:b w:val="0"/>
          <w:sz w:val="20"/>
        </w:rPr>
        <w:t>AL JUZGADO DE INSTRUCCIÓN QUE POR TURNO CORRESPONDA</w:t>
      </w:r>
    </w:p>
    <w:p/>
    <w:p/>
    <w:p>
      <w:r>
        <w:rPr>
          <w:b/>
          <w:sz w:val="20"/>
        </w:rPr>
        <w:t>D./Dña. ________________________________________, mayor de edad, con DNI nº _______________, y con domicilio a efectos de notificaciones en ___________________________________________, comparezco y, como mejor proceda en Derecho, DIGO:</w:t>
      </w:r>
    </w:p>
    <w:p/>
    <w:p>
      <w:r>
        <w:rPr>
          <w:b w:val="0"/>
          <w:sz w:val="20"/>
        </w:rPr>
        <w:t>Que mediante el presente escrito, en el procedimiento penal número __________/______, en el que ostento la condición de acusación particular, vengo a presentar RENUNCIA expresa y voluntaria a la acusación particular formulada, desistiendo de cualquier acción penal ejercitada en dicho procedimiento contra D./Dña. _______________________________________, con DNI nº ______________, sin perjuicio de las acciones civiles que pudieran corresponder.</w:t>
      </w:r>
    </w:p>
    <w:p/>
    <w:p>
      <w:r>
        <w:rPr>
          <w:b w:val="0"/>
          <w:sz w:val="20"/>
        </w:rPr>
        <w:t>Fundo esta renuncia en las disposiciones contenidas en los artículos 116 y concordantes de la Ley de Enjuiciamiento Criminal y artículo 109 de la Ley Orgánica del Poder Judicial, siendo consciente de las consecuencias jurídicas de la renuncia y del ejercicio de la acción penal.</w:t>
      </w:r>
    </w:p>
    <w:p/>
    <w:p>
      <w:r>
        <w:rPr>
          <w:b w:val="0"/>
          <w:sz w:val="20"/>
        </w:rPr>
        <w:t>Manifiesto asimismo que esta renuncia se realiza de forma libre y voluntaria, sin que medie coacción, engaño o error alguno que pudiera viciar el consentimiento otorgado.</w:t>
      </w:r>
    </w:p>
    <w:p/>
    <w:p>
      <w:r>
        <w:rPr>
          <w:b w:val="0"/>
          <w:sz w:val="20"/>
        </w:rPr>
        <w:t>Por todo lo expuesto,</w:t>
      </w:r>
    </w:p>
    <w:p/>
    <w:p>
      <w:r>
        <w:rPr>
          <w:b w:val="0"/>
          <w:sz w:val="20"/>
        </w:rPr>
        <w:t>SOLICITO al Juzgado que tenga por presentado este escrito de RENUNCIA A LA ACUSACIÓN PARTICULAR, y en su virtud, se acuerde el archivo de las actuaciones respecto a la acusación particular ejercitada por quien suscribe.</w:t>
      </w:r>
    </w:p>
    <w:p/>
    <w:p/>
    <w:p>
      <w:r>
        <w:rPr>
          <w:b w:val="0"/>
          <w:sz w:val="20"/>
        </w:rPr>
        <w:t>En ____________________________, a _____ de ______________ de ______.</w:t>
      </w:r>
    </w:p>
    <w:p/>
    <w:p/>
    <w:p/>
    <w:p>
      <w:r>
        <w:rPr>
          <w:b/>
          <w:sz w:val="20"/>
        </w:rPr>
        <w:t>Firma:</w:t>
      </w:r>
    </w:p>
    <w:p/>
    <w:p/>
    <w:p>
      <w:r>
        <w:rPr>
          <w:b w:val="0"/>
          <w:sz w:val="20"/>
        </w:rPr>
        <w:t>D./Dña.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completo: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https://lex-penal.com/modelo-escrito-renuncia-acusacion-particular/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escrito-renuncia-acusacion-particular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