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ESCRITO DE RENUNCIA A ABOGADO DE OFICIO</w:t>
      </w:r>
    </w:p>
    <w:p/>
    <w:p>
      <w:r>
        <w:rPr>
          <w:b w:val="0"/>
          <w:sz w:val="20"/>
        </w:rPr>
        <w:t>Ilustre Colegio de Abogados de ______________________________</w:t>
      </w:r>
    </w:p>
    <w:p/>
    <w:p>
      <w:r>
        <w:rPr>
          <w:b w:val="0"/>
          <w:sz w:val="20"/>
        </w:rPr>
        <w:t>D./Dña. ______________________________________________________, mayor de edad, con DNI nº ____________________________, y con domicilio a efectos de notificaciones en ____________________________________________, ante este Ilustre Colegio comparezco y, como mejor proceda en Derecho, DIGO:</w:t>
      </w:r>
    </w:p>
    <w:p/>
    <w:p>
      <w:r>
        <w:rPr>
          <w:b/>
          <w:sz w:val="20"/>
        </w:rPr>
        <w:t>EXPONGO:</w:t>
      </w:r>
    </w:p>
    <w:p>
      <w:r>
        <w:rPr>
          <w:b w:val="0"/>
          <w:sz w:val="20"/>
        </w:rPr>
        <w:t>PRIMERO.- Que fui designado/a como Abogado/a de Oficio en el procedimiento seguido ante el Juzgado de ____________________________________________, con número de procedimiento ____________________, en representación de D./Dña. ________________________________________________________________, con DNI nº _____________________________.</w:t>
      </w:r>
    </w:p>
    <w:p/>
    <w:p>
      <w:r>
        <w:rPr>
          <w:b w:val="0"/>
          <w:sz w:val="20"/>
        </w:rPr>
        <w:t>SEGUNDO.- Que, por razones personales y profesionales, me veo en la necesidad de renunciar al cargo de Abogado/a de Oficio asignado en dicho procedimiento, conforme a lo establecido en el artículo 17.2 de la Ley 1/1996, de 10 de enero, de Asistencia Jurídica Gratuita, y demás normativa aplicable.</w:t>
      </w:r>
    </w:p>
    <w:p/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tenga por presentada esta RENUNCIA al cargo de Abogado/a de Oficio que me fue asignado en el procedimiento referido, y se proceda a la designación de nuevo letrado/a para la adecuada defensa y representación del/la interesado/a, a fin de garantizar el derecho a la defensa y asistencia letrada conforme a la legislación vigente.</w:t>
      </w:r>
    </w:p>
    <w:p/>
    <w:p>
      <w:r>
        <w:rPr>
          <w:b w:val="0"/>
          <w:sz w:val="20"/>
        </w:rPr>
        <w:t>Asimismo, manifiesto que he entregado al/la interesado/a o a la representación que ostente, toda la documentación y actuaciones que obran en mi poder relativas al procedimiento, garantizando así la continuidad efectiva en la asistencia letrada.</w:t>
      </w:r>
    </w:p>
    <w:p/>
    <w:p>
      <w:r>
        <w:rPr>
          <w:b w:val="0"/>
          <w:sz w:val="20"/>
        </w:rPr>
        <w:t>Sin otro particular, quedo a su disposición para cualquier aclaración que se precise.</w:t>
      </w:r>
    </w:p>
    <w:p/>
    <w:p/>
    <w:p>
      <w:r>
        <w:rPr>
          <w:b w:val="0"/>
          <w:sz w:val="20"/>
        </w:rPr>
        <w:t>En ________________________, a ___ de _______________ de _______.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ABOGADO/A DE OFICIO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https://lex-penal.com/modelo-escrito-renuncia-abogado-de-oficio/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escrito-renuncia-abogado-de-oficio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