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DENUNCIA ANTE EL JUZGADO DE GUARDIA</w:t>
      </w:r>
    </w:p>
    <w:p/>
    <w:p/>
    <w:p>
      <w:r>
        <w:rPr>
          <w:b/>
          <w:sz w:val="20"/>
        </w:rPr>
        <w:t>AL JUZGADO DE GUARDIA DE [LOCALIDAD]</w:t>
      </w:r>
    </w:p>
    <w:p/>
    <w:p>
      <w:r>
        <w:rPr>
          <w:b/>
          <w:sz w:val="20"/>
        </w:rPr>
        <w:t>DON/DOÑA : _____________________________________________________________</w:t>
      </w:r>
    </w:p>
    <w:p>
      <w:r>
        <w:rPr>
          <w:b w:val="0"/>
          <w:sz w:val="20"/>
        </w:rPr>
        <w:t>DNI/NIE : ______________________________________________________________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</w:t>
      </w:r>
    </w:p>
    <w:p/>
    <w:p>
      <w:pPr>
        <w:jc w:val="center"/>
      </w:pPr>
      <w:r>
        <w:rPr>
          <w:b/>
          <w:sz w:val="20"/>
        </w:rPr>
        <w:t>EXPONE</w:t>
      </w:r>
    </w:p>
    <w:p/>
    <w:p>
      <w:r>
        <w:rPr>
          <w:b/>
          <w:sz w:val="20"/>
        </w:rPr>
        <w:t>PRIMERO.- Que en fecha próxima a la presente, en lugar y circunstancias que se detallan a continuación, se han producido los hechos que motivan la presente denuncia:</w:t>
      </w:r>
    </w:p>
    <w:p>
      <w:r>
        <w:rPr>
          <w:b w:val="0"/>
          <w:sz w:val="20"/>
        </w:rPr>
        <w:t>Lugar : _______________________________________________________________</w:t>
      </w:r>
    </w:p>
    <w:p>
      <w:r>
        <w:rPr>
          <w:b w:val="0"/>
          <w:sz w:val="20"/>
        </w:rPr>
        <w:t>Fecha : _______________________________________________________________</w:t>
      </w:r>
    </w:p>
    <w:p>
      <w:r>
        <w:rPr>
          <w:b w:val="0"/>
          <w:sz w:val="20"/>
        </w:rPr>
        <w:t>Descripción de los hechos 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SEGUNDO.- Que tales hechos podrían ser constitutivos de delito conforme al Código Penal vigente.</w:t>
      </w:r>
    </w:p>
    <w:p/>
    <w:p>
      <w:r>
        <w:rPr>
          <w:b/>
          <w:sz w:val="20"/>
        </w:rPr>
        <w:t>TERCERO.- Que el denunciante no ha interpuesto denuncia previa ni ha ejercido acción penal o civil alguna respecto a estos hechos.</w:t>
      </w:r>
    </w:p>
    <w:p/>
    <w:p>
      <w:r>
        <w:rPr>
          <w:b/>
          <w:sz w:val="20"/>
        </w:rPr>
        <w:t>En virtud de lo expuesto,</w:t>
      </w:r>
    </w:p>
    <w:p/>
    <w:p>
      <w:pPr>
        <w:jc w:val="center"/>
      </w:pPr>
      <w:r>
        <w:rPr>
          <w:b/>
          <w:sz w:val="20"/>
        </w:rPr>
        <w:t>SOLICITO</w:t>
      </w:r>
    </w:p>
    <w:p/>
    <w:p>
      <w:r>
        <w:rPr>
          <w:b w:val="0"/>
          <w:sz w:val="20"/>
        </w:rPr>
        <w:t>Que teniendo por presentada esta denuncia, se sirva admitirla, practicando las diligencias necesarias para la investigación de los hechos y, en su caso, la persecución de los responsables conforme a derecho.</w:t>
      </w:r>
    </w:p>
    <w:p/>
    <w:p/>
    <w:p>
      <w:r>
        <w:rPr>
          <w:b w:val="0"/>
          <w:sz w:val="20"/>
        </w:rPr>
        <w:t>Lugar : _____________________________________________</w:t>
      </w:r>
    </w:p>
    <w:p>
      <w:r>
        <w:rPr>
          <w:b w:val="0"/>
          <w:sz w:val="20"/>
        </w:rPr>
        <w:t>Firma : _____________________________________________</w:t>
      </w:r>
    </w:p>
    <w:p/>
    <w:p/>
    <w:p>
      <w:r>
        <w:rPr>
          <w:b/>
          <w:sz w:val="20"/>
        </w:rPr>
        <w:t>En caso de representación legal:</w:t>
      </w:r>
    </w:p>
    <w:p>
      <w:r>
        <w:rPr>
          <w:b w:val="0"/>
          <w:sz w:val="20"/>
        </w:rPr>
        <w:t>DON/DOÑA : _____________________________________________________________</w:t>
      </w:r>
    </w:p>
    <w:p>
      <w:r>
        <w:rPr>
          <w:b w:val="0"/>
          <w:sz w:val="20"/>
        </w:rPr>
        <w:t>DNI/NIE : ______________________________________________________________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</w:t>
      </w:r>
    </w:p>
    <w:p>
      <w:r>
        <w:rPr>
          <w:b w:val="0"/>
          <w:sz w:val="20"/>
        </w:rPr>
        <w:t>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DENUNCIANTE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REPRESENTANTE LEGAL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https://lex-penal.com/modelo-denuncia-juzgado-de-guardia/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https://lex-penal.com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lex-penal.com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penal.com/modelo-denuncia-juzgado-de-guardia/" TargetMode="External"/><Relationship Id="rId10" Type="http://schemas.openxmlformats.org/officeDocument/2006/relationships/hyperlink" Target="https://lex-pen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