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INTERNAMIENTO NO VOLUNTARIO</w:t>
      </w:r>
    </w:p>
    <w:p/>
    <w:p/>
    <w:p>
      <w:r>
        <w:rPr>
          <w:b/>
          <w:sz w:val="20"/>
        </w:rPr>
        <w:t>Datos del Solicitante:</w:t>
      </w:r>
    </w:p>
    <w:p>
      <w:r>
        <w:rPr>
          <w:b w:val="0"/>
          <w:sz w:val="20"/>
        </w:rPr>
        <w:t>Nombre y Apellidos : ______________________________________________________</w:t>
      </w:r>
    </w:p>
    <w:p>
      <w:r>
        <w:rPr>
          <w:b w:val="0"/>
          <w:sz w:val="20"/>
        </w:rPr>
        <w:t>DNI/NIE : ________________________________________________________________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________________________________________________________________</w:t>
      </w:r>
    </w:p>
    <w:p/>
    <w:p>
      <w:r>
        <w:rPr>
          <w:b/>
          <w:sz w:val="20"/>
        </w:rPr>
        <w:t>Datos de la Persona para Internamiento:</w:t>
      </w:r>
    </w:p>
    <w:p>
      <w:r>
        <w:rPr>
          <w:b w:val="0"/>
          <w:sz w:val="20"/>
        </w:rPr>
        <w:t>Nombre y Apellidos : ______________________________________________________</w:t>
      </w:r>
    </w:p>
    <w:p>
      <w:r>
        <w:rPr>
          <w:b w:val="0"/>
          <w:sz w:val="20"/>
        </w:rPr>
        <w:t>DNI/NIE : ________________________________________________________________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_______________________________________________________________</w:t>
      </w:r>
    </w:p>
    <w:p>
      <w:r>
        <w:rPr>
          <w:b w:val="0"/>
          <w:sz w:val="20"/>
        </w:rPr>
        <w:t>Edad : __________________________</w:t>
      </w:r>
    </w:p>
    <w:p/>
    <w:p>
      <w:r>
        <w:rPr>
          <w:b/>
          <w:sz w:val="20"/>
        </w:rPr>
        <w:t>Fundamentación Jurídica:</w:t>
      </w:r>
    </w:p>
    <w:p>
      <w:r>
        <w:rPr>
          <w:b w:val="0"/>
          <w:sz w:val="20"/>
        </w:rPr>
        <w:t>Con base en lo dispuesto en los artículos 763 y siguientes de la Ley de Enjuiciamiento Civil, se formula la presente solicitud de internamiento no voluntario, al concurrir circunstancias que justifican la necesidad de la medida para garantizar la seguridad y el bienestar de la persona interesada y de terceros.</w:t>
      </w:r>
    </w:p>
    <w:p/>
    <w:p>
      <w:r>
        <w:rPr>
          <w:b/>
          <w:sz w:val="20"/>
        </w:rPr>
        <w:t>Exposición de Hechos:</w:t>
      </w:r>
    </w:p>
    <w:p>
      <w:r>
        <w:rPr>
          <w:b w:val="0"/>
          <w:sz w:val="20"/>
        </w:rPr>
        <w:t>Primero. La persona objeto de la solicitud padece trastornos mentales que comprometen su integridad y la de terceros, dificultando el desarrollo normal de su vida y su autonomía.</w:t>
      </w:r>
    </w:p>
    <w:p>
      <w:r>
        <w:rPr>
          <w:b w:val="0"/>
          <w:sz w:val="20"/>
        </w:rPr>
        <w:t>Segundo. Se ha intentado la adopción de medidas menos restrictivas sin éxito, siendo imprescindible el internamiento para su protección y tratamiento adecuado.</w:t>
      </w:r>
    </w:p>
    <w:p>
      <w:r>
        <w:rPr>
          <w:b w:val="0"/>
          <w:sz w:val="20"/>
        </w:rPr>
        <w:t>Tercero. La situación de riesgo actual impide que pueda consentir voluntariamente el tratamiento médico necesario.</w:t>
      </w:r>
    </w:p>
    <w:p/>
    <w:p>
      <w:r>
        <w:rPr>
          <w:b/>
          <w:sz w:val="20"/>
        </w:rPr>
        <w:t>Por lo expuesto,</w:t>
      </w:r>
    </w:p>
    <w:p>
      <w:r>
        <w:rPr>
          <w:b w:val="0"/>
          <w:sz w:val="20"/>
        </w:rPr>
        <w:t>SOLICITO al Juzgado competente que se acuerde el internamiento no voluntario de la persona anteriormente identificada, conforme a lo previsto en la legislación vigente, adoptando las medidas necesarias para garantizar su atención y derechos.</w:t>
      </w:r>
    </w:p>
    <w:p/>
    <w:p>
      <w:r>
        <w:rPr>
          <w:b/>
          <w:sz w:val="20"/>
        </w:rPr>
        <w:t>Documentación que se acompaña:</w:t>
      </w:r>
    </w:p>
    <w:p>
      <w:r>
        <w:rPr>
          <w:b w:val="0"/>
          <w:sz w:val="20"/>
        </w:rPr>
        <w:t>1. Informe médico actualizado que justifica la necesidad del internamiento.</w:t>
      </w:r>
    </w:p>
    <w:p>
      <w:r>
        <w:rPr>
          <w:b w:val="0"/>
          <w:sz w:val="20"/>
        </w:rPr>
        <w:t>2. Documentación acreditativa de la identidad del solicitante y de la persona interesada.</w:t>
      </w:r>
    </w:p>
    <w:p>
      <w:r>
        <w:rPr>
          <w:b w:val="0"/>
          <w:sz w:val="20"/>
        </w:rPr>
        <w:t>3. Otros documentos relevantes: _______________________________________________</w:t>
      </w:r>
    </w:p>
    <w:p/>
    <w:p>
      <w:r>
        <w:rPr>
          <w:b w:val="0"/>
          <w:sz w:val="20"/>
        </w:rPr>
        <w:t>Lugar y fecha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Solicitante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Representante Legal (si procede)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https://lex-penal.com/modelo-de-solicitud-de-internamiento-no-voluntario/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https://lex-penal.com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lex-penal.com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penal.com/modelo-de-solicitud-de-internamiento-no-voluntario/" TargetMode="External"/><Relationship Id="rId10" Type="http://schemas.openxmlformats.org/officeDocument/2006/relationships/hyperlink" Target="https://lex-pe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