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MÉDICO PARA VOLAR EMBARAZADA - IBERIA</w:t>
      </w:r>
    </w:p>
    <w:p/>
    <w:p/>
    <w:p>
      <w:r>
        <w:rPr>
          <w:b/>
          <w:sz w:val="20"/>
        </w:rPr>
        <w:t>Datos del Médico: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Colegiado : ________________________________________________</w:t>
      </w:r>
    </w:p>
    <w:p>
      <w:r>
        <w:rPr>
          <w:b w:val="0"/>
          <w:sz w:val="20"/>
        </w:rPr>
        <w:t>Especialidad : ________________________________________________________</w:t>
      </w:r>
    </w:p>
    <w:p>
      <w:r>
        <w:rPr>
          <w:b w:val="0"/>
          <w:sz w:val="20"/>
        </w:rPr>
        <w:t>Centro Sanitario : ____________________________________________________</w:t>
      </w:r>
    </w:p>
    <w:p>
      <w:r>
        <w:rPr>
          <w:b w:val="0"/>
          <w:sz w:val="20"/>
        </w:rPr>
        <w:t>Dirección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Datos de la Pasajera: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DNI/Pasaporte : ___________________________________________</w:t>
      </w:r>
    </w:p>
    <w:p>
      <w:r>
        <w:rPr>
          <w:b w:val="0"/>
          <w:sz w:val="20"/>
        </w:rPr>
        <w:t>Fecha de nacimiento : ________________________________________________</w:t>
      </w:r>
    </w:p>
    <w:p>
      <w:r>
        <w:rPr>
          <w:b w:val="0"/>
          <w:sz w:val="20"/>
        </w:rPr>
        <w:t>Número de vuelo y fecha : ____________________________________________</w:t>
      </w:r>
    </w:p>
    <w:p/>
    <w:p>
      <w:r>
        <w:rPr>
          <w:b/>
          <w:sz w:val="20"/>
        </w:rPr>
        <w:t>Certificado Médico:</w:t>
      </w:r>
    </w:p>
    <w:p>
      <w:r>
        <w:rPr>
          <w:b w:val="0"/>
          <w:sz w:val="20"/>
        </w:rPr>
        <w:t>El/la abajo firmante, médico/a colegiado/a y especialista en la materia, certifica que la paciente anteriormente identificada se encuentra en estado de embarazo y está en condiciones de realizar el vuelo indicado según la normativa sanitaria y de aviación vigente en España.</w:t>
      </w:r>
    </w:p>
    <w:p/>
    <w:p>
      <w:r>
        <w:rPr>
          <w:b/>
          <w:sz w:val="20"/>
        </w:rPr>
        <w:t>Diagnóstico y estado actual del embarazo: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No existen contraindicaciones médicas documentadas que impidan el viaje aéreo en las condiciones establecidas por la aerolínea Iberia y las autoridades competentes.</w:t>
      </w:r>
    </w:p>
    <w:p/>
    <w:p>
      <w:r>
        <w:rPr>
          <w:b/>
          <w:sz w:val="20"/>
        </w:rPr>
        <w:t>Advertencias y recomendaciones para la pasajera:</w:t>
      </w:r>
    </w:p>
    <w:p>
      <w:r>
        <w:rPr>
          <w:b w:val="0"/>
          <w:sz w:val="20"/>
        </w:rPr>
        <w:t>1. Se recomienda consultar con el servicio médico de la aerolínea en caso de duda o complicación durante el viaje.</w:t>
      </w:r>
    </w:p>
    <w:p>
      <w:r>
        <w:rPr>
          <w:b w:val="0"/>
          <w:sz w:val="20"/>
        </w:rPr>
        <w:t>2. Está aconsejado evitar esfuerzos físicos excesivos y mantener una adecuada hidratación durante el vuelo.</w:t>
      </w:r>
    </w:p>
    <w:p>
      <w:r>
        <w:rPr>
          <w:b w:val="0"/>
          <w:sz w:val="20"/>
        </w:rPr>
        <w:t>3. En caso de embarazo de alto riesgo o con complicaciones previas, se deberá adjuntar informe médico detallado.</w:t>
      </w:r>
    </w:p>
    <w:p/>
    <w:p>
      <w:r>
        <w:rPr>
          <w:b/>
          <w:sz w:val="20"/>
        </w:rPr>
        <w:t>Limitaciones:</w:t>
      </w:r>
    </w:p>
    <w:p>
      <w:r>
        <w:rPr>
          <w:b w:val="0"/>
          <w:sz w:val="20"/>
        </w:rPr>
        <w:t>Este certificado no exime a la pasajera del cumplimiento de las condiciones generales de transporte aéreo ni de las disposiciones específicas de Iberia referentes a embarazos avanzados.</w:t>
      </w:r>
    </w:p>
    <w:p/>
    <w:p>
      <w:r>
        <w:rPr>
          <w:b w:val="0"/>
          <w:sz w:val="20"/>
        </w:rPr>
        <w:t>Lugar de emisión : ___________________________________________</w:t>
      </w:r>
    </w:p>
    <w:p>
      <w:r>
        <w:rPr>
          <w:b w:val="0"/>
          <w:sz w:val="20"/>
        </w:rPr>
        <w:t>Fecha de emisión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Médico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del Centro Sanitario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Número de Colegiado 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https://lex-penal.com/modelo-certificado-medico-para-volar-embarazada-iberia/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certificado-medico-para-volar-embarazada-iberia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