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ESCRITO DE ALEGACIONES</w:t>
      </w:r>
    </w:p>
    <w:p/>
    <w:p>
      <w:r>
        <w:rPr>
          <w:b/>
          <w:sz w:val="20"/>
        </w:rPr>
        <w:t>AL JUZGADO DE INSTRUCCIÓN QUE POR TURNO DE REPARTO CORRESPONDA:</w:t>
      </w:r>
    </w:p>
    <w:p/>
    <w:p>
      <w:r>
        <w:rPr>
          <w:b w:val="0"/>
          <w:sz w:val="20"/>
        </w:rPr>
        <w:t>Don/Doña ____________________________________________________, mayor de edad, con DNI/NIE nº ____________________, con domicilio a efectos de notificaciones en ____________________________________________________________, comparezco y, como mejor proceda en Derecho, DIGO:</w:t>
      </w:r>
    </w:p>
    <w:p/>
    <w:p>
      <w:r>
        <w:rPr>
          <w:b/>
          <w:sz w:val="20"/>
        </w:rPr>
        <w:t>EXPONGO:</w:t>
      </w:r>
    </w:p>
    <w:p/>
    <w:p>
      <w:r>
        <w:rPr>
          <w:b w:val="0"/>
          <w:sz w:val="20"/>
        </w:rPr>
        <w:t>Primero.- Que mediante el presente escrito formulo alegaciones en el procedimiento que se sigue bajo el número de diligencias previas ____________, iniciado por el Ministerio Fiscal/denuncia presentada por ____________________________, relativo a los hechos que se me imputan.</w:t>
      </w:r>
    </w:p>
    <w:p/>
    <w:p>
      <w:r>
        <w:rPr>
          <w:b w:val="0"/>
          <w:sz w:val="20"/>
        </w:rPr>
        <w:t>Segundo.- Que no consta en el procedimiento la existencia de indicios suficientes que permitan atribuirme responsabilidad alguna sobre los hechos investigados.</w:t>
      </w:r>
    </w:p>
    <w:p/>
    <w:p>
      <w:r>
        <w:rPr>
          <w:b w:val="0"/>
          <w:sz w:val="20"/>
        </w:rPr>
        <w:t>Tercero.- Que, en su caso, los hechos descritos en la denuncia/informe carecen de fundamento jurídico y fáctico, por lo que procedo a detallar las siguientes consideraciones y pruebas en mi defensa.</w:t>
      </w:r>
    </w:p>
    <w:p/>
    <w:p>
      <w:r>
        <w:rPr>
          <w:b/>
          <w:sz w:val="20"/>
        </w:rPr>
        <w:t>FUNDAMENTOS DE DERECHO:</w:t>
      </w:r>
    </w:p>
    <w:p/>
    <w:p>
      <w:r>
        <w:rPr>
          <w:b w:val="0"/>
          <w:sz w:val="20"/>
        </w:rPr>
        <w:t>Primero.- Competencia. El juzgado es competente para conocer del presente procedimiento conforme a lo establecido en el artículo ______ de la Ley de Enjuiciamiento Criminal.</w:t>
      </w:r>
    </w:p>
    <w:p/>
    <w:p>
      <w:r>
        <w:rPr>
          <w:b w:val="0"/>
          <w:sz w:val="20"/>
        </w:rPr>
        <w:t>Segundo.- Legitimación. Que ostento legitimación activa para formular el presente escrito en defensa de mis derechos e intereses legítimos, conforme a lo dispuesto en el artículo ______ de la Ley de Enjuiciamiento Criminal.</w:t>
      </w:r>
    </w:p>
    <w:p/>
    <w:p>
      <w:r>
        <w:rPr>
          <w:b w:val="0"/>
          <w:sz w:val="20"/>
        </w:rPr>
        <w:t>Tercero.- Sobre los hechos. No existen pruebas suficientes que acrediten la veracidad de los hechos imputados, resultando insuficiente la acusación para fundamentar una posible responsabilidad penal.</w:t>
      </w:r>
    </w:p>
    <w:p/>
    <w:p>
      <w:r>
        <w:rPr>
          <w:b w:val="0"/>
          <w:sz w:val="20"/>
        </w:rPr>
        <w:t>Cuarto.- Que, en todo caso, se insta al archivo de las presentes diligencias previas por inexistencia de delito o por falta de pruebas, conforme a lo previsto en el artículo 641 de la Ley de Enjuiciamiento Criminal.</w:t>
      </w:r>
    </w:p>
    <w:p/>
    <w:p>
      <w:r>
        <w:rPr>
          <w:b/>
          <w:sz w:val="20"/>
        </w:rPr>
        <w:t>Por todo lo expuesto,</w:t>
      </w:r>
    </w:p>
    <w:p>
      <w:r>
        <w:rPr>
          <w:b w:val="0"/>
          <w:sz w:val="20"/>
        </w:rPr>
        <w:t>SOLICITO al Juzgado que tenga por presentado este escrito, se sirva admitirlo, y en su virtud, se tenga en cuenta las alegaciones formuladas y se acuerde el sobreseimiento y archivo de las presentes diligencias previas.</w:t>
      </w:r>
    </w:p>
    <w:p/>
    <w:p>
      <w:r>
        <w:rPr>
          <w:b w:val="0"/>
          <w:sz w:val="20"/>
        </w:rPr>
        <w:t>Es Justicia que pido en ________________________, a ___ de ________ de ______.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Firma: 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https://lex-penal.com/escrito-de-alegaciones/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https://lex-penal.com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lex-penal.com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penal.com/escrito-de-alegaciones/" TargetMode="External"/><Relationship Id="rId10" Type="http://schemas.openxmlformats.org/officeDocument/2006/relationships/hyperlink" Target="https://lex-pen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